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ודמוקרטיה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הבחירות בישראל ולהסביר אותם במילים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יום הבחירות ואת תפקידי הגורמים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וויכוח מנומק בנושאי 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אף אחד לא יודע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לפי אחוז הקולות שקיבלה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תעודה מזהה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אזור אחד לכל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פתק עם שם המפלגה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ההצבעה חשאית כדי לשמור על פרטיות הבוחר.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קול נספר באותה מידה, בלי קשר למי שהצביע.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ככל שמפלגה מקבלת יותר קולות, כך היא מקבלת יותר מנדטים.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להציג תעודה מזהה כדי לוודא מי המצביע.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תפקידה העיקרי של ועדת הקלפי.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ארציות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יחסיות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(המקום שבו מצביעים ושמים את הפתק במעטפה)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(עוטפת את הפתק ושומרת על חשאיות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(קבוצת אנשים שמפקחת על ההצבעה וסופרת 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(מסמך שמוכיח מי המצביע)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(מושב בכנסת שמפלגה מקבלת)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ביום 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לקלפי עם תעודה מזהה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ועדת הקלפי מוודאת את הזהות ומסמנת ברשימת הבוחרים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לוקחים פתק עם שם המפלגה הרצויה ושמים אותו במעטפה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מכניסים את המעטפה לתוך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בסיום היום סופרים את הקולות ומכריזים על התוצאות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שיטה שבה מספר המושבים שמפלגה מקבלת תלוי באחוז הקולות שהיא קיבלה בבחירות.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אף אחד לא יודע למי הצביע הבוחר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לפקח על ההצבעה ולספור את הקולות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המושבים נקבע לפי אחוז הקולות שקיבלה מפלגה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חוויות אישיות מבחירות (למשל בכיתה או במשפחה)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סימולציית קלפי קטנה בכיתה כדי להמחיש את תהליך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הפתוחים כדאי לעודד נימוקים מבוססים ולא רק דעות אישיות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ודמוקרטיה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עקרונות הבחירות בישראל, על מה שקורה ביום הבחירות בקלפי, ונתרגל גם חשיבה וטיעון בנושאים הקשורים לדמוקרטיה.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העיקרון 'חשאיות' בבחירות?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אחד לא יודע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מצביעים באותו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קול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להצביע מגיל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נקבע מספר המנדטים של מפלגה בשיטה היחסית?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אחוז הקולות שקיבלה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מספר החברים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גודל העיר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הסדר שבו נרשמה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להציג בקלפי כדי להצביע?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תעודה מזהה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לידה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תעודת 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רישיון נהיגה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עיקרון 'ארציות', כמה אזורי בחירה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 אחד לכל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אזור לכל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אזור לכל 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אזורים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שמים בתוך המעטפה בקלפי?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פתק עם שם המפלגה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מועמדים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בבחירות חשאיות כל מצביע חייב לספר למי הצביע.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השוויון אומר שלכל קול יש אותו משקל.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בשיטה היחסית, מספר המושבים של מפלגה תלוי באחוז הקולות שקיבלה.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להצביע בבחירות בלי להציג תעודה מזהה.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הקלפי אחראית לפקח על ההצבעה ולספור את הקולות.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העיקרון שלפיו כל אזרח בוגר רשאי להצביע נקרא בחירות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העיקרון שלפיו כל המדינה היא אזור בחירה אחד נקרא בחירות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העיקרון שלפיו מצביעים ישירות למפלגה נקרא בחירות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העיקרון שלפיו מספר המושבים נקבע לפי אחוז הקולות נקרא בחירות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מושב בכנסת שמפלגה מקבלת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מעטפה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אנשים שמפקחת על ההצבעה וסופרת 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ועדת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עוטפת את הפתק ושומרת על חשאיות 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תעודה מזהה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שבו מצביעים ושמים את הפתק במעטפה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מסמך שמוכיח מי המצביע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מכניסים את המעטפה לתוך הקלפי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לקלפי עם תעודה מזהה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הקלפי מוודאת את הזהות ומסמנת ברשימת הבוחרים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היום סופרים את הקולות ומכריזים על התוצאות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פתק עם שם המפלגה הרצויה ושמים אותו במעטפה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הצבעה יחסית.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העיקרון 'חשאיות' בבחירות?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תפקידה של ועדת הקלפי?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בחירה יחסית?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בחירות ודמוקרטיה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