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בישראל ולהסביר אותם במילים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יום הבחירות ואת תפקידי הגורמים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וויכוח מנומק בנושאי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תעודה מזהה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חשאית כדי לשמור על פרטיות הבוחר.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קול נספר באותה מידה, בלי קשר למי שהצביע.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ארציות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מצביעים ושמים את הפתק במעטפה)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(עוטפת את הפתק ושומרת על חשאיות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אנשים שמפקחת על ההצבעה וסופרת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(מסמך שמוכיח מי המצביע)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עם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מוודאת את הזהות ומסמנת ברשימת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פתק עם שם המפלגה הרצויה ושמים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מכניסים את המעטפה לתוך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אף אחד לא יודע למי הצביע הבוחר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לפקח על ההצבעה ולספור את הקולות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המושבים נקבע לפי אחוז הקולות שקיבלה 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חוויות אישיות מבחירות (למשל בכיתה או במשפחה)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סימולציית קלפי קטנה בכיתה כדי להמחיש את תהליך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הפתוחים כדאי לעודד נימוקים מבוססים ולא רק דעות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עקרונות הבחירות בישראל, על מה שקורה ביום הבחירות בקלפי, ונתרגל גם חשיבה וטיעון בנושאים הקשורים לדמוקרטיה.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ארציות  ·  כלליות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העיקרון 'חשאיות'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כולם מצביעים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צריך להציג בקלפי כדי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תעודה מזהה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תעודת לידה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תעודת בגרות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בבחירות חשאיות כל מצביע חייב לספר למי הצביע.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עיקרון השוויון אומר שלכל קול יש אותו משקל.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העיקרון שלפיו כל אזרח בוגר רשאי להצביע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העיקרון שלפיו כל המדינה היא אזור בחירה אחד נקרא בחירות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מסמך שמוכיח מי המצביע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אנשים שמפקחת על ההצבעה וסופרת 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מצביעים ושמים את הפתק במעטפה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תעודה מזהה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עוטפת את הפתק ושומרת על חשאיות ההצבעה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פתק עם שם המפלגה הרצויה ושמים אותו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מכניסים את המעטפה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ועדת הקלפי מוודאת את הזהות ומסמנת ברשימת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לקלפי עם תעודה מזהה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העיקרון 'חשאיות' בבחירות?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ודמוקרטיה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